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8ABDD" w14:textId="77777777" w:rsidR="00307F83" w:rsidRPr="007F07E4" w:rsidRDefault="00000000" w:rsidP="007F07E4">
      <w:pPr>
        <w:pStyle w:val="Heading1"/>
        <w:jc w:val="center"/>
        <w:rPr>
          <w:color w:val="auto"/>
        </w:rPr>
      </w:pPr>
      <w:r w:rsidRPr="007F07E4">
        <w:rPr>
          <w:color w:val="auto"/>
        </w:rPr>
        <w:t>Grade 1 School Supplies List (2026–2027)</w:t>
      </w:r>
    </w:p>
    <w:p w14:paraId="24160C56" w14:textId="12451F2E" w:rsidR="00307F83" w:rsidRPr="007F07E4" w:rsidRDefault="00000000">
      <w:r w:rsidRPr="007F07E4">
        <w:rPr>
          <w:b/>
        </w:rPr>
        <w:t>Please Note</w:t>
      </w:r>
    </w:p>
    <w:p w14:paraId="7CE40AEB" w14:textId="77777777" w:rsidR="00307F83" w:rsidRPr="007F07E4" w:rsidRDefault="00000000">
      <w:pPr>
        <w:pStyle w:val="ListBullet"/>
      </w:pPr>
      <w:r w:rsidRPr="007F07E4">
        <w:t>Please label all school supplies (including pencils, crayons, erasers, etc.) with your child's first and last name.</w:t>
      </w:r>
    </w:p>
    <w:p w14:paraId="5383C4BE" w14:textId="77777777" w:rsidR="00307F83" w:rsidRPr="007F07E4" w:rsidRDefault="00000000">
      <w:pPr>
        <w:pStyle w:val="ListBullet"/>
      </w:pPr>
      <w:r w:rsidRPr="007F07E4">
        <w:t>Please also include the subject name on folders and exercise books where indicated below.</w:t>
      </w:r>
    </w:p>
    <w:p w14:paraId="011F921B" w14:textId="77777777" w:rsidR="00307F83" w:rsidRPr="007F07E4" w:rsidRDefault="00000000">
      <w:pPr>
        <w:pStyle w:val="ListBullet"/>
      </w:pPr>
      <w:r w:rsidRPr="007F07E4">
        <w:t>Unlabeled items will be returned home to be labeled.</w:t>
      </w:r>
    </w:p>
    <w:p w14:paraId="3334CA8F" w14:textId="77777777" w:rsidR="00307F83" w:rsidRPr="007F07E4" w:rsidRDefault="00000000">
      <w:pPr>
        <w:pStyle w:val="Heading2"/>
        <w:rPr>
          <w:color w:val="auto"/>
        </w:rPr>
      </w:pPr>
      <w:r w:rsidRPr="007F07E4">
        <w:rPr>
          <w:color w:val="auto"/>
        </w:rPr>
        <w:t>Folders (Duotangs)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307F83" w:rsidRPr="007F07E4" w14:paraId="60EFCDE5" w14:textId="77777777">
        <w:tc>
          <w:tcPr>
            <w:tcW w:w="2880" w:type="dxa"/>
          </w:tcPr>
          <w:p w14:paraId="0B4BA4FF" w14:textId="77777777" w:rsidR="00307F83" w:rsidRPr="007F07E4" w:rsidRDefault="00000000">
            <w:r w:rsidRPr="007F07E4">
              <w:t>Quantity</w:t>
            </w:r>
          </w:p>
        </w:tc>
        <w:tc>
          <w:tcPr>
            <w:tcW w:w="2880" w:type="dxa"/>
          </w:tcPr>
          <w:p w14:paraId="70058FD5" w14:textId="77777777" w:rsidR="00307F83" w:rsidRPr="007F07E4" w:rsidRDefault="00000000">
            <w:r w:rsidRPr="007F07E4">
              <w:t>Item</w:t>
            </w:r>
          </w:p>
        </w:tc>
        <w:tc>
          <w:tcPr>
            <w:tcW w:w="2880" w:type="dxa"/>
          </w:tcPr>
          <w:p w14:paraId="206BC1A0" w14:textId="77777777" w:rsidR="00307F83" w:rsidRPr="007F07E4" w:rsidRDefault="00000000">
            <w:r w:rsidRPr="007F07E4">
              <w:t>Label</w:t>
            </w:r>
          </w:p>
        </w:tc>
      </w:tr>
      <w:tr w:rsidR="00307F83" w:rsidRPr="007F07E4" w14:paraId="7281B0A8" w14:textId="77777777">
        <w:tc>
          <w:tcPr>
            <w:tcW w:w="2880" w:type="dxa"/>
          </w:tcPr>
          <w:p w14:paraId="6ABAC1ED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19AE84FB" w14:textId="77777777" w:rsidR="00307F83" w:rsidRPr="007F07E4" w:rsidRDefault="00000000">
            <w:r w:rsidRPr="007F07E4">
              <w:t>Yellow 3-prong Duotang</w:t>
            </w:r>
          </w:p>
        </w:tc>
        <w:tc>
          <w:tcPr>
            <w:tcW w:w="2880" w:type="dxa"/>
          </w:tcPr>
          <w:p w14:paraId="57304987" w14:textId="77777777" w:rsidR="00307F83" w:rsidRPr="007F07E4" w:rsidRDefault="00000000">
            <w:r w:rsidRPr="007F07E4">
              <w:t>First &amp; last name + Arabic Homework Folder</w:t>
            </w:r>
          </w:p>
        </w:tc>
      </w:tr>
      <w:tr w:rsidR="00307F83" w:rsidRPr="007F07E4" w14:paraId="59DC5208" w14:textId="77777777">
        <w:tc>
          <w:tcPr>
            <w:tcW w:w="2880" w:type="dxa"/>
          </w:tcPr>
          <w:p w14:paraId="74631D75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196DF83C" w14:textId="77777777" w:rsidR="00307F83" w:rsidRPr="007F07E4" w:rsidRDefault="00000000">
            <w:r w:rsidRPr="007F07E4">
              <w:t>Green 3-prong Duotang</w:t>
            </w:r>
          </w:p>
        </w:tc>
        <w:tc>
          <w:tcPr>
            <w:tcW w:w="2880" w:type="dxa"/>
          </w:tcPr>
          <w:p w14:paraId="2AD8CA79" w14:textId="77777777" w:rsidR="00307F83" w:rsidRPr="007F07E4" w:rsidRDefault="00000000">
            <w:r w:rsidRPr="007F07E4">
              <w:t>First &amp; last name + Islamic Studies</w:t>
            </w:r>
          </w:p>
        </w:tc>
      </w:tr>
      <w:tr w:rsidR="00307F83" w:rsidRPr="007F07E4" w14:paraId="55D5E163" w14:textId="77777777">
        <w:tc>
          <w:tcPr>
            <w:tcW w:w="2880" w:type="dxa"/>
          </w:tcPr>
          <w:p w14:paraId="7443E115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6B1EDD36" w14:textId="77777777" w:rsidR="00307F83" w:rsidRPr="007F07E4" w:rsidRDefault="00000000">
            <w:r w:rsidRPr="007F07E4">
              <w:t>Red 3-prong Duotang</w:t>
            </w:r>
          </w:p>
        </w:tc>
        <w:tc>
          <w:tcPr>
            <w:tcW w:w="2880" w:type="dxa"/>
          </w:tcPr>
          <w:p w14:paraId="1A1940C1" w14:textId="77777777" w:rsidR="00307F83" w:rsidRPr="007F07E4" w:rsidRDefault="00000000">
            <w:r w:rsidRPr="007F07E4">
              <w:t>First &amp; last name + Arabic</w:t>
            </w:r>
          </w:p>
        </w:tc>
      </w:tr>
      <w:tr w:rsidR="00307F83" w:rsidRPr="007F07E4" w14:paraId="4659CAD5" w14:textId="77777777">
        <w:tc>
          <w:tcPr>
            <w:tcW w:w="2880" w:type="dxa"/>
          </w:tcPr>
          <w:p w14:paraId="0934726D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3C1682CF" w14:textId="77777777" w:rsidR="00307F83" w:rsidRPr="007F07E4" w:rsidRDefault="00000000">
            <w:r w:rsidRPr="007F07E4">
              <w:t>Purple 3-prong Duotang</w:t>
            </w:r>
          </w:p>
        </w:tc>
        <w:tc>
          <w:tcPr>
            <w:tcW w:w="2880" w:type="dxa"/>
          </w:tcPr>
          <w:p w14:paraId="46A5166A" w14:textId="77777777" w:rsidR="00307F83" w:rsidRPr="007F07E4" w:rsidRDefault="00000000">
            <w:r w:rsidRPr="007F07E4">
              <w:t>First &amp; last name + Science/Social Studies</w:t>
            </w:r>
          </w:p>
        </w:tc>
      </w:tr>
      <w:tr w:rsidR="00307F83" w:rsidRPr="007F07E4" w14:paraId="2B6B3569" w14:textId="77777777">
        <w:tc>
          <w:tcPr>
            <w:tcW w:w="2880" w:type="dxa"/>
          </w:tcPr>
          <w:p w14:paraId="7DC71D8C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5AC591B3" w14:textId="77777777" w:rsidR="00307F83" w:rsidRPr="007F07E4" w:rsidRDefault="00000000">
            <w:r w:rsidRPr="007F07E4">
              <w:t>Orange 3-prong Duotang</w:t>
            </w:r>
          </w:p>
        </w:tc>
        <w:tc>
          <w:tcPr>
            <w:tcW w:w="2880" w:type="dxa"/>
          </w:tcPr>
          <w:p w14:paraId="68735405" w14:textId="77777777" w:rsidR="00307F83" w:rsidRPr="007F07E4" w:rsidRDefault="00000000">
            <w:r w:rsidRPr="007F07E4">
              <w:t>First &amp; last name + Literacy</w:t>
            </w:r>
          </w:p>
        </w:tc>
      </w:tr>
      <w:tr w:rsidR="00307F83" w:rsidRPr="007F07E4" w14:paraId="29E0CCE7" w14:textId="77777777">
        <w:tc>
          <w:tcPr>
            <w:tcW w:w="2880" w:type="dxa"/>
          </w:tcPr>
          <w:p w14:paraId="4AECBEB5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775CFD1E" w14:textId="77777777" w:rsidR="00307F83" w:rsidRPr="007F07E4" w:rsidRDefault="00000000">
            <w:r w:rsidRPr="007F07E4">
              <w:t>Dark Blue 3-prong Duotang</w:t>
            </w:r>
          </w:p>
        </w:tc>
        <w:tc>
          <w:tcPr>
            <w:tcW w:w="2880" w:type="dxa"/>
          </w:tcPr>
          <w:p w14:paraId="45676029" w14:textId="77777777" w:rsidR="00307F83" w:rsidRPr="007F07E4" w:rsidRDefault="00000000">
            <w:r w:rsidRPr="007F07E4">
              <w:t>First &amp; last name + Spelling Work</w:t>
            </w:r>
          </w:p>
        </w:tc>
      </w:tr>
      <w:tr w:rsidR="00307F83" w:rsidRPr="007F07E4" w14:paraId="767F905C" w14:textId="77777777">
        <w:tc>
          <w:tcPr>
            <w:tcW w:w="2880" w:type="dxa"/>
          </w:tcPr>
          <w:p w14:paraId="302182C0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10A1C882" w14:textId="77777777" w:rsidR="00307F83" w:rsidRPr="007F07E4" w:rsidRDefault="00000000">
            <w:r w:rsidRPr="007F07E4">
              <w:t>Blue 3-prong Duotang</w:t>
            </w:r>
          </w:p>
        </w:tc>
        <w:tc>
          <w:tcPr>
            <w:tcW w:w="2880" w:type="dxa"/>
          </w:tcPr>
          <w:p w14:paraId="2995E504" w14:textId="77777777" w:rsidR="00307F83" w:rsidRPr="007F07E4" w:rsidRDefault="00000000">
            <w:r w:rsidRPr="007F07E4">
              <w:t>First &amp; last name + Math</w:t>
            </w:r>
          </w:p>
        </w:tc>
      </w:tr>
    </w:tbl>
    <w:p w14:paraId="16D20552" w14:textId="77777777" w:rsidR="00307F83" w:rsidRPr="007F07E4" w:rsidRDefault="00000000">
      <w:pPr>
        <w:pStyle w:val="Heading2"/>
        <w:rPr>
          <w:color w:val="auto"/>
        </w:rPr>
      </w:pPr>
      <w:r w:rsidRPr="007F07E4">
        <w:rPr>
          <w:color w:val="auto"/>
        </w:rPr>
        <w:t>Exercise Books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307F83" w:rsidRPr="007F07E4" w14:paraId="49E69D53" w14:textId="77777777">
        <w:tc>
          <w:tcPr>
            <w:tcW w:w="2880" w:type="dxa"/>
          </w:tcPr>
          <w:p w14:paraId="1222E3D9" w14:textId="77777777" w:rsidR="00307F83" w:rsidRPr="007F07E4" w:rsidRDefault="00000000">
            <w:r w:rsidRPr="007F07E4">
              <w:t>Quantity</w:t>
            </w:r>
          </w:p>
        </w:tc>
        <w:tc>
          <w:tcPr>
            <w:tcW w:w="2880" w:type="dxa"/>
          </w:tcPr>
          <w:p w14:paraId="5F8BB321" w14:textId="77777777" w:rsidR="00307F83" w:rsidRPr="007F07E4" w:rsidRDefault="00000000">
            <w:r w:rsidRPr="007F07E4">
              <w:t>Item</w:t>
            </w:r>
          </w:p>
        </w:tc>
        <w:tc>
          <w:tcPr>
            <w:tcW w:w="2880" w:type="dxa"/>
          </w:tcPr>
          <w:p w14:paraId="0D63D4C7" w14:textId="77777777" w:rsidR="00307F83" w:rsidRPr="007F07E4" w:rsidRDefault="00000000">
            <w:r w:rsidRPr="007F07E4">
              <w:t>Label</w:t>
            </w:r>
          </w:p>
        </w:tc>
      </w:tr>
      <w:tr w:rsidR="00307F83" w:rsidRPr="007F07E4" w14:paraId="0C149ED7" w14:textId="77777777">
        <w:tc>
          <w:tcPr>
            <w:tcW w:w="2880" w:type="dxa"/>
          </w:tcPr>
          <w:p w14:paraId="2F2E5A7C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20521F04" w14:textId="77777777" w:rsidR="00307F83" w:rsidRPr="007F07E4" w:rsidRDefault="00000000">
            <w:r w:rsidRPr="007F07E4">
              <w:t>Dark Blue Hilroy Exercise Book – Dotted Interlined (9⅛" × 7⅛", 72 pages)</w:t>
            </w:r>
          </w:p>
        </w:tc>
        <w:tc>
          <w:tcPr>
            <w:tcW w:w="2880" w:type="dxa"/>
          </w:tcPr>
          <w:p w14:paraId="097C9960" w14:textId="77777777" w:rsidR="00307F83" w:rsidRPr="007F07E4" w:rsidRDefault="00000000">
            <w:r w:rsidRPr="007F07E4">
              <w:t>Arabic/I.S.</w:t>
            </w:r>
          </w:p>
        </w:tc>
      </w:tr>
      <w:tr w:rsidR="00307F83" w:rsidRPr="007F07E4" w14:paraId="0378EA8E" w14:textId="77777777">
        <w:tc>
          <w:tcPr>
            <w:tcW w:w="2880" w:type="dxa"/>
          </w:tcPr>
          <w:p w14:paraId="0E1E62F8" w14:textId="77777777" w:rsidR="00307F83" w:rsidRPr="007F07E4" w:rsidRDefault="00000000">
            <w:r w:rsidRPr="007F07E4">
              <w:t>3</w:t>
            </w:r>
          </w:p>
        </w:tc>
        <w:tc>
          <w:tcPr>
            <w:tcW w:w="2880" w:type="dxa"/>
          </w:tcPr>
          <w:p w14:paraId="3EC774CC" w14:textId="77777777" w:rsidR="00307F83" w:rsidRPr="007F07E4" w:rsidRDefault="00000000">
            <w:r w:rsidRPr="007F07E4">
              <w:t>Light Blue Hilroy Exercise Books – Plain (9⅛" × 7⅛", 72 pages)</w:t>
            </w:r>
          </w:p>
        </w:tc>
        <w:tc>
          <w:tcPr>
            <w:tcW w:w="2880" w:type="dxa"/>
          </w:tcPr>
          <w:p w14:paraId="04D89280" w14:textId="77777777" w:rsidR="00307F83" w:rsidRPr="007F07E4" w:rsidRDefault="00000000">
            <w:r w:rsidRPr="007F07E4">
              <w:t>Drawing Book</w:t>
            </w:r>
          </w:p>
        </w:tc>
      </w:tr>
      <w:tr w:rsidR="00307F83" w:rsidRPr="007F07E4" w14:paraId="0B4E8FCB" w14:textId="77777777">
        <w:tc>
          <w:tcPr>
            <w:tcW w:w="2880" w:type="dxa"/>
          </w:tcPr>
          <w:p w14:paraId="50CB09F3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18498A3E" w14:textId="77777777" w:rsidR="00307F83" w:rsidRPr="007F07E4" w:rsidRDefault="00000000">
            <w:r w:rsidRPr="007F07E4">
              <w:t>Green Hilroy Exercise Book – ½ Plain / ½ Interlined (9⅛" × 7⅛", 72 pages)</w:t>
            </w:r>
          </w:p>
        </w:tc>
        <w:tc>
          <w:tcPr>
            <w:tcW w:w="2880" w:type="dxa"/>
          </w:tcPr>
          <w:p w14:paraId="584933A1" w14:textId="77777777" w:rsidR="00307F83" w:rsidRPr="007F07E4" w:rsidRDefault="00000000">
            <w:r w:rsidRPr="007F07E4">
              <w:t>Journal</w:t>
            </w:r>
          </w:p>
        </w:tc>
      </w:tr>
      <w:tr w:rsidR="00307F83" w:rsidRPr="007F07E4" w14:paraId="25370E92" w14:textId="77777777">
        <w:tc>
          <w:tcPr>
            <w:tcW w:w="2880" w:type="dxa"/>
          </w:tcPr>
          <w:p w14:paraId="5FEF0C3A" w14:textId="77777777" w:rsidR="00307F83" w:rsidRPr="007F07E4" w:rsidRDefault="00000000">
            <w:r w:rsidRPr="007F07E4">
              <w:t>1</w:t>
            </w:r>
          </w:p>
        </w:tc>
        <w:tc>
          <w:tcPr>
            <w:tcW w:w="2880" w:type="dxa"/>
          </w:tcPr>
          <w:p w14:paraId="70B4F0B9" w14:textId="77777777" w:rsidR="00307F83" w:rsidRPr="007F07E4" w:rsidRDefault="00000000">
            <w:r w:rsidRPr="007F07E4">
              <w:t>Dark Blue Hilroy Exercise Book – Interlined (9⅛" × 7⅛", 72 pages)</w:t>
            </w:r>
          </w:p>
        </w:tc>
        <w:tc>
          <w:tcPr>
            <w:tcW w:w="2880" w:type="dxa"/>
          </w:tcPr>
          <w:p w14:paraId="6883D95F" w14:textId="77777777" w:rsidR="00307F83" w:rsidRPr="007F07E4" w:rsidRDefault="00000000">
            <w:r w:rsidRPr="007F07E4">
              <w:t>Spelling Tests</w:t>
            </w:r>
          </w:p>
        </w:tc>
      </w:tr>
    </w:tbl>
    <w:p w14:paraId="4C36B095" w14:textId="77777777" w:rsidR="00307F83" w:rsidRPr="007F07E4" w:rsidRDefault="00000000">
      <w:pPr>
        <w:pStyle w:val="Heading2"/>
        <w:rPr>
          <w:color w:val="auto"/>
        </w:rPr>
      </w:pPr>
      <w:r w:rsidRPr="007F07E4">
        <w:rPr>
          <w:color w:val="auto"/>
        </w:rPr>
        <w:t>Writing &amp; Art Supplies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307F83" w:rsidRPr="007F07E4" w14:paraId="4E67109A" w14:textId="77777777">
        <w:tc>
          <w:tcPr>
            <w:tcW w:w="4320" w:type="dxa"/>
          </w:tcPr>
          <w:p w14:paraId="69213126" w14:textId="77777777" w:rsidR="00307F83" w:rsidRPr="007F07E4" w:rsidRDefault="00000000">
            <w:r w:rsidRPr="007F07E4">
              <w:t>Quantity</w:t>
            </w:r>
          </w:p>
        </w:tc>
        <w:tc>
          <w:tcPr>
            <w:tcW w:w="4320" w:type="dxa"/>
          </w:tcPr>
          <w:p w14:paraId="396763A9" w14:textId="77777777" w:rsidR="00307F83" w:rsidRPr="007F07E4" w:rsidRDefault="00000000">
            <w:r w:rsidRPr="007F07E4">
              <w:t>Item</w:t>
            </w:r>
          </w:p>
        </w:tc>
      </w:tr>
      <w:tr w:rsidR="00307F83" w:rsidRPr="007F07E4" w14:paraId="3FD9BBA6" w14:textId="77777777">
        <w:tc>
          <w:tcPr>
            <w:tcW w:w="4320" w:type="dxa"/>
          </w:tcPr>
          <w:p w14:paraId="62F4C55A" w14:textId="77777777" w:rsidR="00307F83" w:rsidRPr="007F07E4" w:rsidRDefault="00000000">
            <w:r w:rsidRPr="007F07E4">
              <w:t>4 packs</w:t>
            </w:r>
          </w:p>
        </w:tc>
        <w:tc>
          <w:tcPr>
            <w:tcW w:w="4320" w:type="dxa"/>
          </w:tcPr>
          <w:p w14:paraId="6343ECA1" w14:textId="77777777" w:rsidR="00307F83" w:rsidRPr="007F07E4" w:rsidRDefault="00000000">
            <w:r w:rsidRPr="007F07E4">
              <w:t>Staedtler Norica HB #2 Pencils (12 per pack, pre-sharpened)</w:t>
            </w:r>
          </w:p>
        </w:tc>
      </w:tr>
      <w:tr w:rsidR="00307F83" w:rsidRPr="007F07E4" w14:paraId="4D45A9A3" w14:textId="77777777">
        <w:tc>
          <w:tcPr>
            <w:tcW w:w="4320" w:type="dxa"/>
          </w:tcPr>
          <w:p w14:paraId="1F009D02" w14:textId="252B8975" w:rsidR="00307F83" w:rsidRPr="007F07E4" w:rsidRDefault="007F07E4">
            <w:r w:rsidRPr="007F07E4">
              <w:t>2</w:t>
            </w:r>
            <w:r w:rsidR="00000000" w:rsidRPr="007F07E4">
              <w:t xml:space="preserve"> pack</w:t>
            </w:r>
          </w:p>
        </w:tc>
        <w:tc>
          <w:tcPr>
            <w:tcW w:w="4320" w:type="dxa"/>
          </w:tcPr>
          <w:p w14:paraId="75941710" w14:textId="77777777" w:rsidR="00307F83" w:rsidRPr="007F07E4" w:rsidRDefault="00000000">
            <w:r w:rsidRPr="007F07E4">
              <w:t>White Premium Erasers (4 pack)</w:t>
            </w:r>
          </w:p>
        </w:tc>
      </w:tr>
      <w:tr w:rsidR="00307F83" w:rsidRPr="007F07E4" w14:paraId="06E5CB4F" w14:textId="77777777">
        <w:tc>
          <w:tcPr>
            <w:tcW w:w="4320" w:type="dxa"/>
          </w:tcPr>
          <w:p w14:paraId="0489B08E" w14:textId="77777777" w:rsidR="00307F83" w:rsidRPr="007F07E4" w:rsidRDefault="00000000">
            <w:r w:rsidRPr="007F07E4">
              <w:t>4</w:t>
            </w:r>
          </w:p>
        </w:tc>
        <w:tc>
          <w:tcPr>
            <w:tcW w:w="4320" w:type="dxa"/>
          </w:tcPr>
          <w:p w14:paraId="3146DF00" w14:textId="77777777" w:rsidR="00307F83" w:rsidRPr="007F07E4" w:rsidRDefault="00000000">
            <w:r w:rsidRPr="007F07E4">
              <w:t>Large Glue Sticks</w:t>
            </w:r>
          </w:p>
        </w:tc>
      </w:tr>
      <w:tr w:rsidR="00307F83" w:rsidRPr="007F07E4" w14:paraId="22A6345B" w14:textId="77777777">
        <w:tc>
          <w:tcPr>
            <w:tcW w:w="4320" w:type="dxa"/>
          </w:tcPr>
          <w:p w14:paraId="38B5540A" w14:textId="77777777" w:rsidR="00307F83" w:rsidRPr="007F07E4" w:rsidRDefault="00000000">
            <w:r w:rsidRPr="007F07E4">
              <w:t>2</w:t>
            </w:r>
          </w:p>
        </w:tc>
        <w:tc>
          <w:tcPr>
            <w:tcW w:w="4320" w:type="dxa"/>
          </w:tcPr>
          <w:p w14:paraId="1F65E245" w14:textId="77777777" w:rsidR="00307F83" w:rsidRPr="007F07E4" w:rsidRDefault="00000000">
            <w:r w:rsidRPr="007F07E4">
              <w:t>Kid-size Scissors</w:t>
            </w:r>
          </w:p>
        </w:tc>
      </w:tr>
      <w:tr w:rsidR="00307F83" w:rsidRPr="007F07E4" w14:paraId="2A6FA51A" w14:textId="77777777">
        <w:tc>
          <w:tcPr>
            <w:tcW w:w="4320" w:type="dxa"/>
          </w:tcPr>
          <w:p w14:paraId="5D333EE1" w14:textId="77777777" w:rsidR="00307F83" w:rsidRPr="007F07E4" w:rsidRDefault="00000000">
            <w:r w:rsidRPr="007F07E4">
              <w:lastRenderedPageBreak/>
              <w:t>1 pack</w:t>
            </w:r>
          </w:p>
        </w:tc>
        <w:tc>
          <w:tcPr>
            <w:tcW w:w="4320" w:type="dxa"/>
          </w:tcPr>
          <w:p w14:paraId="120023F2" w14:textId="77777777" w:rsidR="00307F83" w:rsidRPr="007F07E4" w:rsidRDefault="00000000">
            <w:r w:rsidRPr="007F07E4">
              <w:t>Crayola Original Thick Washable Markers (Conical Tip)</w:t>
            </w:r>
          </w:p>
        </w:tc>
      </w:tr>
      <w:tr w:rsidR="00307F83" w:rsidRPr="007F07E4" w14:paraId="3E0EEA69" w14:textId="77777777">
        <w:tc>
          <w:tcPr>
            <w:tcW w:w="4320" w:type="dxa"/>
          </w:tcPr>
          <w:p w14:paraId="181D940A" w14:textId="77777777" w:rsidR="00307F83" w:rsidRPr="007F07E4" w:rsidRDefault="00000000">
            <w:r w:rsidRPr="007F07E4">
              <w:t>1 pack</w:t>
            </w:r>
          </w:p>
        </w:tc>
        <w:tc>
          <w:tcPr>
            <w:tcW w:w="4320" w:type="dxa"/>
          </w:tcPr>
          <w:p w14:paraId="41C502F3" w14:textId="77777777" w:rsidR="00307F83" w:rsidRPr="007F07E4" w:rsidRDefault="00000000">
            <w:r w:rsidRPr="007F07E4">
              <w:t>Sharpie Permanent Markers (4 pack, Black)</w:t>
            </w:r>
          </w:p>
        </w:tc>
      </w:tr>
      <w:tr w:rsidR="00307F83" w:rsidRPr="007F07E4" w14:paraId="3A533CDC" w14:textId="77777777">
        <w:tc>
          <w:tcPr>
            <w:tcW w:w="4320" w:type="dxa"/>
          </w:tcPr>
          <w:p w14:paraId="5D439895" w14:textId="77777777" w:rsidR="00307F83" w:rsidRPr="007F07E4" w:rsidRDefault="00000000">
            <w:r w:rsidRPr="007F07E4">
              <w:t>12</w:t>
            </w:r>
          </w:p>
        </w:tc>
        <w:tc>
          <w:tcPr>
            <w:tcW w:w="4320" w:type="dxa"/>
          </w:tcPr>
          <w:p w14:paraId="05416F30" w14:textId="77777777" w:rsidR="00307F83" w:rsidRPr="007F07E4" w:rsidRDefault="00000000">
            <w:r w:rsidRPr="007F07E4">
              <w:t>Expo Low Odor Dry Erase Markers (Large)</w:t>
            </w:r>
          </w:p>
        </w:tc>
      </w:tr>
      <w:tr w:rsidR="00307F83" w:rsidRPr="007F07E4" w14:paraId="6506D08D" w14:textId="77777777">
        <w:tc>
          <w:tcPr>
            <w:tcW w:w="4320" w:type="dxa"/>
          </w:tcPr>
          <w:p w14:paraId="26529525" w14:textId="77777777" w:rsidR="00307F83" w:rsidRPr="007F07E4" w:rsidRDefault="00000000">
            <w:r w:rsidRPr="007F07E4">
              <w:t>1</w:t>
            </w:r>
          </w:p>
        </w:tc>
        <w:tc>
          <w:tcPr>
            <w:tcW w:w="4320" w:type="dxa"/>
          </w:tcPr>
          <w:p w14:paraId="49308262" w14:textId="77777777" w:rsidR="00307F83" w:rsidRPr="007F07E4" w:rsidRDefault="00000000">
            <w:r w:rsidRPr="007F07E4">
              <w:t>Whiteboard Eraser</w:t>
            </w:r>
          </w:p>
        </w:tc>
      </w:tr>
      <w:tr w:rsidR="00307F83" w:rsidRPr="007F07E4" w14:paraId="3B4D284B" w14:textId="77777777">
        <w:tc>
          <w:tcPr>
            <w:tcW w:w="4320" w:type="dxa"/>
          </w:tcPr>
          <w:p w14:paraId="517BA117" w14:textId="77777777" w:rsidR="00307F83" w:rsidRPr="007F07E4" w:rsidRDefault="00000000">
            <w:r w:rsidRPr="007F07E4">
              <w:t>1 pack</w:t>
            </w:r>
          </w:p>
        </w:tc>
        <w:tc>
          <w:tcPr>
            <w:tcW w:w="4320" w:type="dxa"/>
          </w:tcPr>
          <w:p w14:paraId="0EDFD077" w14:textId="77777777" w:rsidR="00307F83" w:rsidRPr="007F07E4" w:rsidRDefault="00000000">
            <w:r w:rsidRPr="007F07E4">
              <w:t>Staedtler Coloured Pencils (24 pack, pre-sharpened)</w:t>
            </w:r>
          </w:p>
        </w:tc>
      </w:tr>
      <w:tr w:rsidR="00307F83" w:rsidRPr="007F07E4" w14:paraId="412C4950" w14:textId="77777777">
        <w:tc>
          <w:tcPr>
            <w:tcW w:w="4320" w:type="dxa"/>
          </w:tcPr>
          <w:p w14:paraId="1A0F8E87" w14:textId="77777777" w:rsidR="00307F83" w:rsidRPr="007F07E4" w:rsidRDefault="00000000">
            <w:r w:rsidRPr="007F07E4">
              <w:t>1 pack</w:t>
            </w:r>
          </w:p>
        </w:tc>
        <w:tc>
          <w:tcPr>
            <w:tcW w:w="4320" w:type="dxa"/>
          </w:tcPr>
          <w:p w14:paraId="61DB9D3E" w14:textId="0CFC29AD" w:rsidR="00307F83" w:rsidRPr="007F07E4" w:rsidRDefault="00000000">
            <w:r w:rsidRPr="007F07E4">
              <w:t xml:space="preserve">Crayola Wax Crayons (24 </w:t>
            </w:r>
            <w:proofErr w:type="gramStart"/>
            <w:r w:rsidRPr="007F07E4">
              <w:t>pack</w:t>
            </w:r>
            <w:proofErr w:type="gramEnd"/>
            <w:r w:rsidR="007F07E4" w:rsidRPr="007F07E4">
              <w:t xml:space="preserve"> put into small crayon box</w:t>
            </w:r>
            <w:r w:rsidRPr="007F07E4">
              <w:t>)</w:t>
            </w:r>
          </w:p>
        </w:tc>
      </w:tr>
      <w:tr w:rsidR="00307F83" w:rsidRPr="007F07E4" w14:paraId="2D52A20D" w14:textId="77777777">
        <w:tc>
          <w:tcPr>
            <w:tcW w:w="4320" w:type="dxa"/>
          </w:tcPr>
          <w:p w14:paraId="5B054A38" w14:textId="77777777" w:rsidR="00307F83" w:rsidRPr="007F07E4" w:rsidRDefault="00000000">
            <w:r w:rsidRPr="007F07E4">
              <w:t>1</w:t>
            </w:r>
          </w:p>
        </w:tc>
        <w:tc>
          <w:tcPr>
            <w:tcW w:w="4320" w:type="dxa"/>
          </w:tcPr>
          <w:p w14:paraId="74FD1D1C" w14:textId="77777777" w:rsidR="00307F83" w:rsidRPr="007F07E4" w:rsidRDefault="00000000">
            <w:r w:rsidRPr="007F07E4">
              <w:t>Clear Plastic Ruler (cm/inches)</w:t>
            </w:r>
          </w:p>
        </w:tc>
      </w:tr>
      <w:tr w:rsidR="00307F83" w:rsidRPr="007F07E4" w14:paraId="5ED269D4" w14:textId="77777777">
        <w:tc>
          <w:tcPr>
            <w:tcW w:w="4320" w:type="dxa"/>
          </w:tcPr>
          <w:p w14:paraId="561F8F55" w14:textId="77777777" w:rsidR="00307F83" w:rsidRPr="007F07E4" w:rsidRDefault="00000000">
            <w:r w:rsidRPr="007F07E4">
              <w:t>2</w:t>
            </w:r>
          </w:p>
        </w:tc>
        <w:tc>
          <w:tcPr>
            <w:tcW w:w="4320" w:type="dxa"/>
          </w:tcPr>
          <w:p w14:paraId="13CA9C14" w14:textId="77777777" w:rsidR="00307F83" w:rsidRPr="007F07E4" w:rsidRDefault="00000000">
            <w:r w:rsidRPr="007F07E4">
              <w:t>Pencil Sharpeners with Container</w:t>
            </w:r>
          </w:p>
        </w:tc>
      </w:tr>
    </w:tbl>
    <w:p w14:paraId="4932DD8E" w14:textId="77777777" w:rsidR="00307F83" w:rsidRPr="007F07E4" w:rsidRDefault="00000000">
      <w:pPr>
        <w:pStyle w:val="Heading2"/>
        <w:rPr>
          <w:color w:val="auto"/>
        </w:rPr>
      </w:pPr>
      <w:r w:rsidRPr="007F07E4">
        <w:rPr>
          <w:color w:val="auto"/>
        </w:rPr>
        <w:t>Classroom Supplies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307F83" w:rsidRPr="007F07E4" w14:paraId="09EE9C6E" w14:textId="77777777">
        <w:tc>
          <w:tcPr>
            <w:tcW w:w="4320" w:type="dxa"/>
          </w:tcPr>
          <w:p w14:paraId="3F6A6DDF" w14:textId="77777777" w:rsidR="00307F83" w:rsidRPr="007F07E4" w:rsidRDefault="00000000">
            <w:r w:rsidRPr="007F07E4">
              <w:t>Quantity</w:t>
            </w:r>
          </w:p>
        </w:tc>
        <w:tc>
          <w:tcPr>
            <w:tcW w:w="4320" w:type="dxa"/>
          </w:tcPr>
          <w:p w14:paraId="7105E351" w14:textId="77777777" w:rsidR="00307F83" w:rsidRPr="007F07E4" w:rsidRDefault="00000000">
            <w:r w:rsidRPr="007F07E4">
              <w:t>Item</w:t>
            </w:r>
          </w:p>
        </w:tc>
      </w:tr>
      <w:tr w:rsidR="00307F83" w:rsidRPr="007F07E4" w14:paraId="2CC4F781" w14:textId="77777777">
        <w:tc>
          <w:tcPr>
            <w:tcW w:w="4320" w:type="dxa"/>
          </w:tcPr>
          <w:p w14:paraId="21F3E122" w14:textId="77777777" w:rsidR="00307F83" w:rsidRPr="007F07E4" w:rsidRDefault="00000000">
            <w:r w:rsidRPr="007F07E4">
              <w:t>1</w:t>
            </w:r>
          </w:p>
        </w:tc>
        <w:tc>
          <w:tcPr>
            <w:tcW w:w="4320" w:type="dxa"/>
          </w:tcPr>
          <w:p w14:paraId="24109F88" w14:textId="2EFF2D34" w:rsidR="00307F83" w:rsidRPr="007F07E4" w:rsidRDefault="00000000">
            <w:r w:rsidRPr="007F07E4">
              <w:t>Plastic Pencil Box (for markers/</w:t>
            </w:r>
            <w:proofErr w:type="spellStart"/>
            <w:r w:rsidRPr="007F07E4">
              <w:t>coloured</w:t>
            </w:r>
            <w:proofErr w:type="spellEnd"/>
            <w:r w:rsidRPr="007F07E4">
              <w:t xml:space="preserve"> pencils)</w:t>
            </w:r>
          </w:p>
        </w:tc>
      </w:tr>
      <w:tr w:rsidR="007F07E4" w:rsidRPr="007F07E4" w14:paraId="3BD15079" w14:textId="77777777">
        <w:tc>
          <w:tcPr>
            <w:tcW w:w="4320" w:type="dxa"/>
          </w:tcPr>
          <w:p w14:paraId="43B683EA" w14:textId="3E611F6B" w:rsidR="007F07E4" w:rsidRPr="007F07E4" w:rsidRDefault="007F07E4">
            <w:r w:rsidRPr="007F07E4">
              <w:t xml:space="preserve">1 </w:t>
            </w:r>
          </w:p>
        </w:tc>
        <w:tc>
          <w:tcPr>
            <w:tcW w:w="4320" w:type="dxa"/>
          </w:tcPr>
          <w:p w14:paraId="4BEF7110" w14:textId="002BB20A" w:rsidR="007F07E4" w:rsidRPr="007F07E4" w:rsidRDefault="007F07E4">
            <w:r w:rsidRPr="007F07E4">
              <w:t xml:space="preserve">Small plastic crayon box </w:t>
            </w:r>
            <w:r w:rsidRPr="007F07E4">
              <w:t>4.63" x 3.25" x 1.56" </w:t>
            </w:r>
          </w:p>
        </w:tc>
      </w:tr>
      <w:tr w:rsidR="00307F83" w:rsidRPr="007F07E4" w14:paraId="75C03894" w14:textId="77777777">
        <w:tc>
          <w:tcPr>
            <w:tcW w:w="4320" w:type="dxa"/>
          </w:tcPr>
          <w:p w14:paraId="1B57D433" w14:textId="77777777" w:rsidR="00307F83" w:rsidRPr="007F07E4" w:rsidRDefault="00000000">
            <w:r w:rsidRPr="007F07E4">
              <w:t>1</w:t>
            </w:r>
          </w:p>
        </w:tc>
        <w:tc>
          <w:tcPr>
            <w:tcW w:w="4320" w:type="dxa"/>
          </w:tcPr>
          <w:p w14:paraId="1374752F" w14:textId="77777777" w:rsidR="00307F83" w:rsidRPr="007F07E4" w:rsidRDefault="00000000">
            <w:r w:rsidRPr="007F07E4">
              <w:t>Pencil Case (for pencils, erasers, and sharpener)</w:t>
            </w:r>
          </w:p>
        </w:tc>
      </w:tr>
      <w:tr w:rsidR="00307F83" w:rsidRPr="007F07E4" w14:paraId="1F155E5F" w14:textId="77777777">
        <w:tc>
          <w:tcPr>
            <w:tcW w:w="4320" w:type="dxa"/>
          </w:tcPr>
          <w:p w14:paraId="6A4781EB" w14:textId="7CF633FC" w:rsidR="00307F83" w:rsidRPr="007F07E4" w:rsidRDefault="007F07E4">
            <w:r w:rsidRPr="007F07E4">
              <w:t>3</w:t>
            </w:r>
          </w:p>
        </w:tc>
        <w:tc>
          <w:tcPr>
            <w:tcW w:w="4320" w:type="dxa"/>
          </w:tcPr>
          <w:p w14:paraId="545013D3" w14:textId="77777777" w:rsidR="00307F83" w:rsidRPr="007F07E4" w:rsidRDefault="00000000">
            <w:r w:rsidRPr="007F07E4">
              <w:t>Lysol Disinfecting Wipes (No Purell wipes, please)</w:t>
            </w:r>
          </w:p>
        </w:tc>
      </w:tr>
      <w:tr w:rsidR="00307F83" w:rsidRPr="007F07E4" w14:paraId="0F93D606" w14:textId="77777777">
        <w:tc>
          <w:tcPr>
            <w:tcW w:w="4320" w:type="dxa"/>
          </w:tcPr>
          <w:p w14:paraId="11D21863" w14:textId="54E8FA11" w:rsidR="00307F83" w:rsidRPr="007F07E4" w:rsidRDefault="007F07E4">
            <w:r w:rsidRPr="007F07E4">
              <w:t>3</w:t>
            </w:r>
            <w:r w:rsidR="00000000" w:rsidRPr="007F07E4">
              <w:t xml:space="preserve"> boxes</w:t>
            </w:r>
          </w:p>
        </w:tc>
        <w:tc>
          <w:tcPr>
            <w:tcW w:w="4320" w:type="dxa"/>
          </w:tcPr>
          <w:p w14:paraId="43FE5872" w14:textId="77777777" w:rsidR="00307F83" w:rsidRPr="007F07E4" w:rsidRDefault="00000000">
            <w:r w:rsidRPr="007F07E4">
              <w:t>3-ply Facial Tissues</w:t>
            </w:r>
          </w:p>
        </w:tc>
      </w:tr>
      <w:tr w:rsidR="00307F83" w:rsidRPr="007F07E4" w14:paraId="60BE793B" w14:textId="77777777">
        <w:tc>
          <w:tcPr>
            <w:tcW w:w="4320" w:type="dxa"/>
          </w:tcPr>
          <w:p w14:paraId="35865808" w14:textId="60C27C54" w:rsidR="00307F83" w:rsidRPr="007F07E4" w:rsidRDefault="007F07E4">
            <w:r w:rsidRPr="007F07E4">
              <w:t>3</w:t>
            </w:r>
            <w:r w:rsidR="00000000" w:rsidRPr="007F07E4">
              <w:t xml:space="preserve"> containers</w:t>
            </w:r>
          </w:p>
        </w:tc>
        <w:tc>
          <w:tcPr>
            <w:tcW w:w="4320" w:type="dxa"/>
          </w:tcPr>
          <w:p w14:paraId="7DEBF90E" w14:textId="77777777" w:rsidR="00307F83" w:rsidRPr="007F07E4" w:rsidRDefault="00000000">
            <w:r w:rsidRPr="007F07E4">
              <w:t>Play-Doh</w:t>
            </w:r>
          </w:p>
        </w:tc>
      </w:tr>
      <w:tr w:rsidR="007F07E4" w:rsidRPr="007F07E4" w14:paraId="23F5F15B" w14:textId="77777777">
        <w:tc>
          <w:tcPr>
            <w:tcW w:w="4320" w:type="dxa"/>
          </w:tcPr>
          <w:p w14:paraId="623DA066" w14:textId="65D2B5AE" w:rsidR="007F07E4" w:rsidRPr="007F07E4" w:rsidRDefault="007F07E4">
            <w:r w:rsidRPr="007F07E4">
              <w:t>1 of each</w:t>
            </w:r>
          </w:p>
        </w:tc>
        <w:tc>
          <w:tcPr>
            <w:tcW w:w="4320" w:type="dxa"/>
          </w:tcPr>
          <w:p w14:paraId="713F498F" w14:textId="391F883A" w:rsidR="007F07E4" w:rsidRPr="007F07E4" w:rsidRDefault="007F07E4">
            <w:r w:rsidRPr="007F07E4">
              <w:t>Small, medium and large Ziploc bags</w:t>
            </w:r>
          </w:p>
        </w:tc>
      </w:tr>
    </w:tbl>
    <w:p w14:paraId="063DC30D" w14:textId="77777777" w:rsidR="00104254" w:rsidRPr="007F07E4" w:rsidRDefault="00104254"/>
    <w:sectPr w:rsidR="00104254" w:rsidRPr="007F07E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240642">
    <w:abstractNumId w:val="8"/>
  </w:num>
  <w:num w:numId="2" w16cid:durableId="166211892">
    <w:abstractNumId w:val="6"/>
  </w:num>
  <w:num w:numId="3" w16cid:durableId="412357746">
    <w:abstractNumId w:val="5"/>
  </w:num>
  <w:num w:numId="4" w16cid:durableId="871109874">
    <w:abstractNumId w:val="4"/>
  </w:num>
  <w:num w:numId="5" w16cid:durableId="552549310">
    <w:abstractNumId w:val="7"/>
  </w:num>
  <w:num w:numId="6" w16cid:durableId="585963393">
    <w:abstractNumId w:val="3"/>
  </w:num>
  <w:num w:numId="7" w16cid:durableId="1524200901">
    <w:abstractNumId w:val="2"/>
  </w:num>
  <w:num w:numId="8" w16cid:durableId="957839050">
    <w:abstractNumId w:val="1"/>
  </w:num>
  <w:num w:numId="9" w16cid:durableId="481315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4254"/>
    <w:rsid w:val="0015074B"/>
    <w:rsid w:val="0029639D"/>
    <w:rsid w:val="00307F83"/>
    <w:rsid w:val="00326F90"/>
    <w:rsid w:val="007F07E4"/>
    <w:rsid w:val="008478B2"/>
    <w:rsid w:val="00AA1D8D"/>
    <w:rsid w:val="00B47730"/>
    <w:rsid w:val="00BE114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92458A"/>
  <w14:defaultImageDpi w14:val="300"/>
  <w15:docId w15:val="{5F71D19F-AE7B-4943-B334-C45E41FA0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Maryam  Samut</cp:lastModifiedBy>
  <cp:revision>2</cp:revision>
  <dcterms:created xsi:type="dcterms:W3CDTF">2026-07-14T16:56:00Z</dcterms:created>
  <dcterms:modified xsi:type="dcterms:W3CDTF">2026-07-14T16:56:00Z</dcterms:modified>
  <cp:category/>
</cp:coreProperties>
</file>